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ticeAgency"/>
      </w:pPr>
      <w:r>
        <w:rPr>
          <w:rFonts w:ascii="黑体" w:hAnsi="黑体" w:eastAsia="黑体" w:cs="黑体"/>
          <w:color w:val="000000"/>
          <w:sz w:val="32"/>
        </w:rPr>
        <w:t>北京市教育委员会</w:t>
      </w:r>
    </w:p>
    <w:p>
      <w:pPr>
        <w:pStyle w:val="NoticeDocNo"/>
      </w:pPr>
      <w:r>
        <w:rPr>
          <w:rFonts w:ascii="仿宋_GB2312" w:hAnsi="仿宋_GB2312" w:eastAsia="仿宋_GB2312" w:cs="仿宋_GB2312"/>
          <w:color w:val="000000"/>
          <w:sz w:val="32"/>
        </w:rPr>
        <w:t>京教函〔2026〕434号</w:t>
      </w:r>
    </w:p>
    <w:p>
      <w:pPr>
        <w:pStyle w:val="Title"/>
      </w:pPr>
      <w:r>
        <w:rPr>
          <w:rFonts w:ascii="黑体" w:hAnsi="黑体" w:eastAsia="黑体" w:cs="黑体"/>
          <w:color w:val="000000"/>
          <w:sz w:val="32"/>
        </w:rPr>
        <w:t>北京市教育委员会关于开展2026年北京高校优秀基层教学组织建设工作的通知</w:t>
      </w:r>
    </w:p>
    <w:p>
      <w:pPr>
        <w:ind w:firstLine="0"/>
        <w:jc w:val="left"/>
      </w:pPr>
      <w:r>
        <w:rPr>
          <w:rFonts w:ascii="仿宋_GB2312" w:hAnsi="仿宋_GB2312" w:eastAsia="仿宋_GB2312" w:cs="仿宋_GB2312"/>
          <w:color w:val="000000"/>
          <w:sz w:val="32"/>
        </w:rPr>
        <w:t>各有关高等学校：</w:t>
      </w:r>
    </w:p>
    <w:p>
      <w:pPr>
        <w:ind w:firstLine="640"/>
        <w:jc w:val="both"/>
      </w:pPr>
      <w:r>
        <w:rPr>
          <w:rFonts w:ascii="仿宋_GB2312" w:hAnsi="仿宋_GB2312" w:eastAsia="仿宋_GB2312" w:cs="仿宋_GB2312"/>
          <w:color w:val="000000"/>
          <w:sz w:val="32"/>
        </w:rPr>
        <w:t>为深入贯彻党的二十大关于加快建设教育强国的战略部署，落实《教育强国建设规划纲要（2024—2035年）》相关要求，巩固人才培养中心地位，加强高校基层教学组织建设，提升教师教学能力，市教委决定开展2026年北京高校优秀基层教学组织建设工作。现将有关事项通知如下：</w:t>
      </w:r>
    </w:p>
    <w:p>
      <w:pPr>
        <w:pStyle w:val="NoticeHeading"/>
        <w:spacing w:lineRule="exact" w:line="560" w:before="0" w:after="0"/>
      </w:pPr>
      <w:r>
        <w:rPr>
          <w:rFonts w:ascii="SimHei" w:hAnsi="SimHei" w:eastAsia="SimHei" w:cs="SimHei"/>
          <w:b w:val="0"/>
          <w:color w:val="000000"/>
          <w:sz w:val="32"/>
        </w:rPr>
        <w:t>一、建设范围</w:t>
      </w:r>
    </w:p>
    <w:p>
      <w:pPr>
        <w:ind w:firstLine="640"/>
        <w:jc w:val="both"/>
      </w:pPr>
      <w:r>
        <w:rPr>
          <w:rFonts w:ascii="仿宋_GB2312" w:hAnsi="仿宋_GB2312" w:eastAsia="仿宋_GB2312" w:cs="仿宋_GB2312"/>
          <w:color w:val="000000"/>
          <w:sz w:val="32"/>
        </w:rPr>
        <w:t>北京高校优秀基层教学组织建设范围为：北京地区普通高等学校负责本科人才培养的教研室、教学系、实验教学中心等基层教学组织。</w:t>
      </w:r>
    </w:p>
    <w:p>
      <w:pPr>
        <w:pStyle w:val="NoticeHeading"/>
        <w:spacing w:lineRule="exact" w:line="560" w:before="0" w:after="0"/>
      </w:pPr>
      <w:r>
        <w:rPr>
          <w:rFonts w:ascii="SimHei" w:hAnsi="SimHei" w:eastAsia="SimHei" w:cs="SimHei"/>
          <w:b w:val="0"/>
          <w:color w:val="000000"/>
          <w:sz w:val="32"/>
        </w:rPr>
        <w:t>二、申报条件</w:t>
      </w:r>
    </w:p>
    <w:p>
      <w:pPr>
        <w:ind w:firstLine="640"/>
        <w:jc w:val="both"/>
      </w:pPr>
      <w:r>
        <w:rPr>
          <w:rFonts w:ascii="仿宋_GB2312" w:hAnsi="仿宋_GB2312" w:eastAsia="仿宋_GB2312" w:cs="仿宋_GB2312"/>
          <w:color w:val="000000"/>
          <w:sz w:val="32"/>
        </w:rPr>
        <w:t>（一）结合高等教育空间布局优化，加强思政课程与课程思政建设，完善“三全育人”机制，落实“五育并举”要求，积极服务“四新”建设，全面提升教师育人能力与学生综合素养，促进优质教育资源共建共享，加快构建中国特色、世界水平的一流本科人才培养体系。</w:t>
      </w:r>
    </w:p>
    <w:p>
      <w:pPr>
        <w:ind w:firstLine="640"/>
        <w:jc w:val="both"/>
      </w:pPr>
      <w:r>
        <w:rPr>
          <w:rFonts w:ascii="仿宋_GB2312" w:hAnsi="仿宋_GB2312" w:eastAsia="仿宋_GB2312" w:cs="仿宋_GB2312"/>
          <w:color w:val="000000"/>
          <w:sz w:val="32"/>
        </w:rPr>
        <w:t>（二）能够落实立德树人根本任务，人才培养契合国家和北京市经济社会发展需求，在制定完善人才培养方案，承担教学任务教师队伍建设课程建设教育教学研究等方面教学理念和手段先进，教学内容完善，教学方法科学，重视实践创新教育，能够引导学生进行研究性学习和创新性实践，培养学生发现、分析和解决问题的兴趣和能力，学生受益面广。特别是人工智能赋能教育教学转型、复合型创新人才培养模式探索、本硕博衔接贯通培养机制优化、服务新域新质教育发展需求、深化产教融合与校企协同育人等领域，团队能够深入开展本科教育教学改革，不断提升人才培养质量，改革成果已经显现，成果经验具有可推广性。</w:t>
      </w:r>
    </w:p>
    <w:p>
      <w:pPr>
        <w:ind w:firstLine="640"/>
        <w:jc w:val="both"/>
      </w:pPr>
      <w:r>
        <w:rPr>
          <w:rFonts w:ascii="仿宋_GB2312" w:hAnsi="仿宋_GB2312" w:eastAsia="仿宋_GB2312" w:cs="仿宋_GB2312"/>
          <w:color w:val="000000"/>
          <w:sz w:val="32"/>
        </w:rPr>
        <w:t>（三）基层教学组织负责人一般为一人，应为本领域正高职称在职教师，长期从事本科生教学工作，具有先进的教育理念，师德高尚、治学严谨，课程思政建设成效显著，具有很好的教育教学能力和组织领导能力。全体成员应爱岗敬业、关爱学生，整体育人效果突出。组织应具有明确的发展目标、良好的合作精神和梯队结构，年龄、职称和知识结构合理，在指导和激励中青年教师提高专业素质和业务水平方面成效显著。</w:t>
      </w:r>
    </w:p>
    <w:p>
      <w:pPr>
        <w:pStyle w:val="NoticeHeading"/>
        <w:spacing w:lineRule="exact" w:line="560" w:before="0" w:after="0"/>
      </w:pPr>
      <w:r>
        <w:rPr>
          <w:rFonts w:ascii="SimHei" w:hAnsi="SimHei" w:eastAsia="SimHei" w:cs="SimHei"/>
          <w:b w:val="0"/>
          <w:color w:val="000000"/>
          <w:sz w:val="32"/>
        </w:rPr>
        <w:t>三、申报方式</w:t>
      </w:r>
    </w:p>
    <w:p>
      <w:pPr>
        <w:ind w:firstLine="640"/>
        <w:jc w:val="both"/>
      </w:pPr>
      <w:r>
        <w:rPr>
          <w:rFonts w:ascii="仿宋_GB2312" w:hAnsi="仿宋_GB2312" w:eastAsia="仿宋_GB2312" w:cs="仿宋_GB2312"/>
          <w:color w:val="000000"/>
          <w:sz w:val="32"/>
        </w:rPr>
        <w:t>根据上述条件，每校原则上推荐1个候选基层教学组织，经学校遴选并公示后向市教委推荐。市教委将组织专家进行评选，经市教委审定后正式公布结果。</w:t>
      </w:r>
    </w:p>
    <w:p>
      <w:pPr>
        <w:pStyle w:val="NoticeHeading"/>
        <w:spacing w:lineRule="exact" w:line="560" w:before="0" w:after="0"/>
      </w:pPr>
      <w:r>
        <w:rPr>
          <w:rFonts w:ascii="SimHei" w:hAnsi="SimHei" w:eastAsia="SimHei" w:cs="SimHei"/>
          <w:b w:val="0"/>
          <w:color w:val="000000"/>
          <w:sz w:val="32"/>
        </w:rPr>
        <w:t>四、申报要求</w:t>
      </w:r>
    </w:p>
    <w:p>
      <w:pPr>
        <w:ind w:firstLine="640"/>
        <w:jc w:val="both"/>
      </w:pPr>
      <w:r>
        <w:rPr>
          <w:rFonts w:ascii="仿宋_GB2312" w:hAnsi="仿宋_GB2312" w:eastAsia="仿宋_GB2312" w:cs="仿宋_GB2312"/>
          <w:color w:val="000000"/>
          <w:sz w:val="32"/>
        </w:rPr>
        <w:t>各校组织填报《北京高校优秀基层教学组织建设申报书》（模板可从高教处网页下载，无需准备支撑材料），并于2026年11月20日前将汇总表、申报书（Excel汇总表、Word申报书和盖章后的两个文件PDF版本，命名为“学校名称-组织名称”）放在一个文件夹中压缩后（文件夹命名为“学校名称-基层教学组织申报材料”）发送至邮箱jwgjczhao@126.com。</w:t>
      </w:r>
    </w:p>
    <w:p>
      <w:pPr>
        <w:pStyle w:val="NoticeSignature"/>
      </w:pPr>
      <w:r>
        <w:rPr>
          <w:rFonts w:ascii="仿宋_GB2312" w:hAnsi="仿宋_GB2312" w:eastAsia="仿宋_GB2312" w:cs="仿宋_GB2312"/>
          <w:color w:val="000000"/>
          <w:sz w:val="32"/>
        </w:rPr>
        <w:t>北京市教育委员会</w:t>
      </w:r>
    </w:p>
    <w:p>
      <w:pPr>
        <w:pStyle w:val="NoticeSignature"/>
      </w:pPr>
      <w:r>
        <w:rPr>
          <w:rFonts w:ascii="仿宋_GB2312" w:hAnsi="仿宋_GB2312" w:eastAsia="仿宋_GB2312" w:cs="仿宋_GB2312"/>
          <w:color w:val="000000"/>
          <w:sz w:val="32"/>
        </w:rPr>
        <w:t>2026年10月14日</w:t>
      </w:r>
    </w:p>
    <w:p>
      <w:pPr>
        <w:pStyle w:val="NoticeContact"/>
      </w:pPr>
      <w:r>
        <w:rPr>
          <w:rFonts w:ascii="仿宋_GB2312" w:hAnsi="仿宋_GB2312" w:eastAsia="仿宋_GB2312" w:cs="仿宋_GB2312"/>
          <w:color w:val="000000"/>
          <w:sz w:val="32"/>
        </w:rPr>
        <w:t>（联系人：赵晓琳；联系电话：55530150）</w:t>
      </w:r>
    </w:p>
    <w:p>
      <w:pPr>
        <w:pStyle w:val="NoticeContact"/>
      </w:pPr>
      <w:r>
        <w:rPr>
          <w:rFonts w:ascii="仿宋_GB2312" w:hAnsi="仿宋_GB2312" w:eastAsia="仿宋_GB2312" w:cs="仿宋_GB2312"/>
          <w:color w:val="000000"/>
          <w:sz w:val="32"/>
        </w:rPr>
        <w:t>（此件公开发布）</w:t>
      </w:r>
    </w:p>
    <w:sectPr w:rsidR="00FC693F" w:rsidRPr="0006063C" w:rsidSect="00034616">
      <w:pgSz w:w="11906" w:h="16838"/>
      <w:pgMar w:top="1417" w:right="1474" w:bottom="1417" w:left="1474"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exact" w:line="560" w:before="0" w:after="0"/>
      <w:jc w:val="both"/>
    </w:pPr>
    <w:rPr>
      <w:rFonts w:ascii="仿宋_GB2312" w:hAnsi="仿宋_GB2312" w:eastAsia="仿宋_GB2312" w:cs="仿宋_GB2312"/>
      <w:b w:val="0"/>
      <w:color w:val="000000"/>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560" w:lineRule="exact" w:before="0"/>
      <w:contextualSpacing/>
      <w:jc w:val="center"/>
    </w:pPr>
    <w:rPr>
      <w:rFonts w:asciiTheme="majorHAnsi" w:eastAsiaTheme="majorEastAsia" w:hAnsiTheme="majorHAnsi" w:cstheme="majorBidi" w:ascii="黑体" w:hAnsi="黑体" w:eastAsia="黑体" w:cs="黑体"/>
      <w:b w:val="0"/>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iceAgency">
    <w:name w:val="Notice Agency"/>
    <w:pPr>
      <w:spacing w:lineRule="exact" w:line="560" w:before="0" w:after="0"/>
      <w:jc w:val="center"/>
    </w:pPr>
    <w:rPr>
      <w:rFonts w:ascii="黑体" w:hAnsi="黑体" w:eastAsia="黑体" w:cs="黑体"/>
      <w:b w:val="0"/>
      <w:color w:val="000000"/>
      <w:sz w:val="32"/>
    </w:rPr>
  </w:style>
  <w:style w:type="paragraph" w:customStyle="1" w:styleId="NoticeDocNo">
    <w:name w:val="Notice DocNo"/>
    <w:pPr>
      <w:spacing w:lineRule="exact" w:line="560" w:before="0" w:after="0"/>
      <w:jc w:val="center"/>
    </w:pPr>
    <w:rPr>
      <w:rFonts w:ascii="仿宋_GB2312" w:hAnsi="仿宋_GB2312" w:eastAsia="仿宋_GB2312" w:cs="仿宋_GB2312"/>
      <w:b w:val="0"/>
      <w:color w:val="000000"/>
      <w:sz w:val="32"/>
    </w:rPr>
  </w:style>
  <w:style w:type="paragraph" w:customStyle="1" w:styleId="NoticeHeading">
    <w:name w:val="Notice Heading"/>
    <w:pPr>
      <w:keepNext/>
      <w:spacing w:lineRule="exact" w:line="560" w:before="0" w:after="0"/>
      <w:ind w:firstLine="640"/>
      <w:jc w:val="left"/>
    </w:pPr>
    <w:rPr>
      <w:rFonts w:ascii="SimHei" w:hAnsi="SimHei" w:eastAsia="SimHei" w:cs="SimHei"/>
      <w:b w:val="0"/>
      <w:color w:val="000000"/>
      <w:sz w:val="32"/>
    </w:rPr>
  </w:style>
  <w:style w:type="paragraph" w:customStyle="1" w:styleId="NoticeSubheading">
    <w:name w:val="Notice Subheading"/>
    <w:pPr>
      <w:spacing w:lineRule="exact" w:line="560" w:before="0" w:after="0"/>
      <w:ind w:firstLine="640"/>
      <w:jc w:val="both"/>
    </w:pPr>
    <w:rPr>
      <w:rFonts w:ascii="仿宋_GB2312" w:hAnsi="仿宋_GB2312" w:eastAsia="仿宋_GB2312" w:cs="仿宋_GB2312"/>
      <w:b w:val="0"/>
      <w:color w:val="000000"/>
      <w:sz w:val="32"/>
    </w:rPr>
  </w:style>
  <w:style w:type="paragraph" w:customStyle="1" w:styleId="NoticeSignature">
    <w:name w:val="Notice Signature"/>
    <w:pPr>
      <w:spacing w:lineRule="exact" w:line="560" w:before="0" w:after="0"/>
      <w:jc w:val="right"/>
    </w:pPr>
    <w:rPr>
      <w:rFonts w:ascii="仿宋_GB2312" w:hAnsi="仿宋_GB2312" w:eastAsia="仿宋_GB2312" w:cs="仿宋_GB2312"/>
      <w:b w:val="0"/>
      <w:color w:val="000000"/>
      <w:sz w:val="32"/>
    </w:rPr>
  </w:style>
  <w:style w:type="paragraph" w:customStyle="1" w:styleId="NoticeContact">
    <w:name w:val="Notice Contact"/>
    <w:pPr>
      <w:spacing w:lineRule="exact" w:line="560" w:before="0" w:after="0"/>
      <w:ind w:firstLine="640"/>
      <w:jc w:val="left"/>
    </w:pPr>
    <w:rPr>
      <w:rFonts w:ascii="仿宋_GB2312" w:hAnsi="仿宋_GB2312" w:eastAsia="仿宋_GB2312" w:cs="仿宋_GB2312"/>
      <w:b w:val="0"/>
      <w:color w:val="000000"/>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