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oticeAgency"/>
      </w:pPr>
      <w:r>
        <w:rPr>
          <w:rFonts w:ascii="黑体" w:hAnsi="黑体" w:eastAsia="黑体" w:cs="黑体"/>
          <w:color w:val="000000"/>
          <w:sz w:val="32"/>
        </w:rPr>
        <w:t>北京市教育委员会</w:t>
      </w:r>
    </w:p>
    <w:p>
      <w:pPr>
        <w:pStyle w:val="NoticeDocNo"/>
      </w:pPr>
      <w:r>
        <w:rPr>
          <w:rFonts w:ascii="仿宋_GB2312" w:hAnsi="仿宋_GB2312" w:eastAsia="仿宋_GB2312" w:cs="仿宋_GB2312"/>
          <w:color w:val="000000"/>
          <w:sz w:val="32"/>
        </w:rPr>
        <w:t>京教函〔2026〕437号</w:t>
      </w:r>
    </w:p>
    <w:p>
      <w:pPr>
        <w:pStyle w:val="Title"/>
      </w:pPr>
      <w:r>
        <w:rPr>
          <w:rFonts w:ascii="黑体" w:hAnsi="黑体" w:eastAsia="黑体" w:cs="黑体"/>
          <w:color w:val="000000"/>
          <w:sz w:val="32"/>
        </w:rPr>
        <w:t>北京市教育委员会关于建设2026年北京高等学校优秀教学实验室工作的通知</w:t>
      </w:r>
    </w:p>
    <w:p>
      <w:pPr>
        <w:ind w:firstLine="0"/>
        <w:jc w:val="left"/>
      </w:pPr>
      <w:r>
        <w:rPr>
          <w:rFonts w:ascii="仿宋_GB2312" w:hAnsi="仿宋_GB2312" w:eastAsia="仿宋_GB2312" w:cs="仿宋_GB2312"/>
          <w:color w:val="000000"/>
          <w:sz w:val="32"/>
        </w:rPr>
        <w:t>各普通本科高等学校：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为贯彻落实《教育强国建设规划纲要（2024—2035年）》，深化高等学校实验教学改革，加强优质实验教学资源建设，增强实验教学育人能力，提升实验室建设和管理水平，经研究，决定开展2026年北京高等学校优秀教学实验室建设工作。现将有关事项通知如下：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一、建设范围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学生受益面广、影响面宽，充分体现学校发展定位和专业建设特色，实验教学理念先进，创新人才培养成效显著，充分体现引领示范作用的实验教学中心或教学实验室。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二、建设条件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（一）具有先进的实验教学理念，注重实验教学改革，注重对学生探索精神、科学思维、实践能力、创新能力的培养，鼓励实验教学与人工智能教育深度融合；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二）面向多学科专业开展实验教学，实验任务饱满，实验课程和实验项目开设充足，创新人才培养成效显著；要立足科学前沿，深化产教融合，积极对接未来技术学院、卓越工程师培养等创新人才培养模式改革，充分发挥其育人作用导向；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（三）实验室负责人和实验教学指导教师学术水平高，教学科研能力强，实践经验丰富，熟悉实验技术，勇于创新，积极投身产学研深度协同育人平台建设等相关工作；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（四）实验室仪器设备配置数量充足，品质精良，具有一定的前瞻性，组合优化；实验室规章制度明确，管理规范；实验室环境、安全、环保符合国家规范，未出现过实验室安全事故；鼓励运用人工智能等新技术提升实验室管理与教学水平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三、报送方式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根据上述条件，每校经公示后，向市教委推荐1个“北京高校优秀教学实验室”，推荐表详见附件1。市教委将组织专家对学校推荐的“北京高校优秀教学实验室”进行评审，经审定后正式公布结果。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四、报送要求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请各高校组织填报《北京高校优秀教学实验室申报书》（详见附件2），于2026年11月20日前将材料（推荐表、申报书）Word版本和盖章后的PDF版本发送至邮箱bjsjwsjjx@163.com。发送后，请各高校及时联系市教委联系人确认，避免漏报。</w:t>
      </w:r>
    </w:p>
    <w:p>
      <w:pPr>
        <w:pStyle w:val="NoticeSignature"/>
      </w:pPr>
      <w:r>
        <w:rPr>
          <w:rFonts w:ascii="仿宋_GB2312" w:hAnsi="仿宋_GB2312" w:eastAsia="仿宋_GB2312" w:cs="仿宋_GB2312"/>
          <w:color w:val="000000"/>
          <w:sz w:val="32"/>
        </w:rPr>
        <w:t>北京市教育委员会</w:t>
      </w:r>
    </w:p>
    <w:p>
      <w:pPr>
        <w:pStyle w:val="NoticeSignature"/>
      </w:pPr>
      <w:r>
        <w:rPr>
          <w:rFonts w:ascii="仿宋_GB2312" w:hAnsi="仿宋_GB2312" w:eastAsia="仿宋_GB2312" w:cs="仿宋_GB2312"/>
          <w:color w:val="000000"/>
          <w:sz w:val="32"/>
        </w:rPr>
        <w:t>2026年10月19日</w:t>
      </w:r>
    </w:p>
    <w:p>
      <w:pPr>
        <w:pStyle w:val="NoticeContact"/>
      </w:pPr>
      <w:r>
        <w:rPr>
          <w:rFonts w:ascii="仿宋_GB2312" w:hAnsi="仿宋_GB2312" w:eastAsia="仿宋_GB2312" w:cs="仿宋_GB2312"/>
          <w:color w:val="000000"/>
          <w:sz w:val="32"/>
        </w:rPr>
        <w:t>（联系人：市教委高等教育处冯彦钧，金红莲；联系电话：55530151、18813012598，55530145）</w:t>
      </w:r>
    </w:p>
    <w:p>
      <w:pPr>
        <w:pStyle w:val="NoticeContact"/>
      </w:pPr>
      <w:r>
        <w:rPr>
          <w:rFonts w:ascii="仿宋_GB2312" w:hAnsi="仿宋_GB2312" w:eastAsia="仿宋_GB2312" w:cs="仿宋_GB2312"/>
          <w:color w:val="000000"/>
          <w:sz w:val="32"/>
        </w:rPr>
        <w:t>（此件公开发布）</w:t>
      </w:r>
    </w:p>
    <w:sectPr w:rsidR="00FC693F" w:rsidRPr="0006063C" w:rsidSect="00034616">
      <w:pgSz w:w="11906" w:h="16838"/>
      <w:pgMar w:top="1417" w:right="1474" w:bottom="1417" w:left="1474" w:header="85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exact" w:line="560" w:before="0" w:after="0"/>
      <w:jc w:val="both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60" w:lineRule="exact" w:before="0"/>
      <w:contextualSpacing/>
      <w:jc w:val="center"/>
    </w:pPr>
    <w:rPr>
      <w:rFonts w:asciiTheme="majorHAnsi" w:eastAsiaTheme="majorEastAsia" w:hAnsiTheme="majorHAnsi" w:cstheme="majorBidi" w:ascii="黑体" w:hAnsi="黑体" w:eastAsia="黑体" w:cs="黑体"/>
      <w:b w:val="0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iceAgency">
    <w:name w:val="Notice Agency"/>
    <w:pPr>
      <w:spacing w:lineRule="exact" w:line="560" w:before="0" w:after="0"/>
      <w:jc w:val="center"/>
    </w:pPr>
    <w:rPr>
      <w:rFonts w:ascii="黑体" w:hAnsi="黑体" w:eastAsia="黑体" w:cs="黑体"/>
      <w:b w:val="0"/>
      <w:color w:val="000000"/>
      <w:sz w:val="32"/>
    </w:rPr>
  </w:style>
  <w:style w:type="paragraph" w:customStyle="1" w:styleId="NoticeDocNo">
    <w:name w:val="Notice DocNo"/>
    <w:pPr>
      <w:spacing w:lineRule="exact" w:line="560" w:before="0" w:after="0"/>
      <w:jc w:val="center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Heading">
    <w:name w:val="Notice Heading"/>
    <w:pPr>
      <w:keepNext/>
      <w:spacing w:lineRule="exact" w:line="560" w:before="0" w:after="0"/>
      <w:ind w:firstLine="640"/>
      <w:jc w:val="left"/>
    </w:pPr>
    <w:rPr>
      <w:rFonts w:ascii="SimHei" w:hAnsi="SimHei" w:eastAsia="SimHei" w:cs="SimHei"/>
      <w:b w:val="0"/>
      <w:color w:val="000000"/>
      <w:sz w:val="32"/>
    </w:rPr>
  </w:style>
  <w:style w:type="paragraph" w:customStyle="1" w:styleId="NoticeSubheading">
    <w:name w:val="Notice Subheading"/>
    <w:pPr>
      <w:spacing w:lineRule="exact" w:line="560" w:before="0" w:after="0"/>
      <w:ind w:firstLine="640"/>
      <w:jc w:val="both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Signature">
    <w:name w:val="Notice Signature"/>
    <w:pPr>
      <w:spacing w:lineRule="exact" w:line="560" w:before="0" w:after="0"/>
      <w:jc w:val="right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Contact">
    <w:name w:val="Notice Contact"/>
    <w:pPr>
      <w:spacing w:lineRule="exact" w:line="560" w:before="0" w:after="0"/>
      <w:ind w:firstLine="640"/>
      <w:jc w:val="left"/>
    </w:pPr>
    <w:rPr>
      <w:rFonts w:ascii="仿宋_GB2312" w:hAnsi="仿宋_GB2312" w:eastAsia="仿宋_GB2312" w:cs="仿宋_GB2312"/>
      <w:b w:val="0"/>
      <w:color w:val="000000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